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FB3B" w14:textId="77777777" w:rsidR="00CE7CDC" w:rsidRPr="00DE2D6E" w:rsidRDefault="00CE7CDC" w:rsidP="00072A4E">
      <w:pPr>
        <w:spacing w:after="40"/>
        <w:rPr>
          <w:rFonts w:asciiTheme="majorHAnsi" w:hAnsiTheme="majorHAnsi" w:cstheme="majorHAnsi"/>
          <w:b/>
          <w:sz w:val="20"/>
          <w:szCs w:val="20"/>
        </w:rPr>
      </w:pPr>
    </w:p>
    <w:p w14:paraId="48FDD35E" w14:textId="77777777" w:rsidR="00CE7CDC" w:rsidRPr="00DE2D6E" w:rsidRDefault="00CE7CDC">
      <w:pPr>
        <w:spacing w:after="40"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7F53C8B7" w14:textId="0C44DDCE" w:rsidR="002E67C6" w:rsidRPr="00440E6D" w:rsidRDefault="0069152D">
      <w:pPr>
        <w:spacing w:after="40"/>
        <w:jc w:val="center"/>
        <w:rPr>
          <w:rFonts w:asciiTheme="majorHAnsi" w:hAnsiTheme="majorHAnsi" w:cstheme="majorHAnsi"/>
          <w:sz w:val="32"/>
          <w:szCs w:val="32"/>
        </w:rPr>
      </w:pPr>
      <w:r w:rsidRPr="00440E6D">
        <w:rPr>
          <w:rFonts w:asciiTheme="majorHAnsi" w:hAnsiTheme="majorHAnsi" w:cstheme="majorHAnsi"/>
          <w:b/>
          <w:sz w:val="32"/>
          <w:szCs w:val="32"/>
        </w:rPr>
        <w:t>FORMULARZ UCZESTNIKA WYDARZENIA</w:t>
      </w:r>
    </w:p>
    <w:p w14:paraId="4C481DC0" w14:textId="77777777" w:rsidR="002E67C6" w:rsidRPr="00440E6D" w:rsidRDefault="0069152D">
      <w:pPr>
        <w:spacing w:after="180"/>
        <w:jc w:val="center"/>
        <w:rPr>
          <w:rFonts w:asciiTheme="majorHAnsi" w:hAnsiTheme="majorHAnsi" w:cstheme="majorHAnsi"/>
          <w:i/>
          <w:sz w:val="24"/>
          <w:szCs w:val="24"/>
        </w:rPr>
      </w:pPr>
      <w:r w:rsidRPr="00440E6D">
        <w:rPr>
          <w:rFonts w:asciiTheme="majorHAnsi" w:hAnsiTheme="majorHAnsi" w:cstheme="majorHAnsi"/>
          <w:i/>
          <w:sz w:val="24"/>
          <w:szCs w:val="24"/>
        </w:rPr>
        <w:t>oraz klauzula informacyjna dotycząca przetwarzania danych osobowych</w:t>
      </w:r>
    </w:p>
    <w:p w14:paraId="3B2CECDA" w14:textId="77777777" w:rsidR="00A46910" w:rsidRPr="00DE2D6E" w:rsidRDefault="00A46910" w:rsidP="00A46910">
      <w:pPr>
        <w:spacing w:after="180"/>
        <w:rPr>
          <w:rFonts w:asciiTheme="majorHAnsi" w:hAnsiTheme="majorHAnsi" w:cstheme="majorHAnsi"/>
          <w:i/>
          <w:sz w:val="20"/>
          <w:szCs w:val="20"/>
        </w:rPr>
      </w:pPr>
    </w:p>
    <w:p w14:paraId="71C27D55" w14:textId="27DC7C04" w:rsidR="00A46910" w:rsidRPr="00440E6D" w:rsidRDefault="00A46910" w:rsidP="00440E6D">
      <w:pPr>
        <w:pStyle w:val="Akapitzlist"/>
        <w:numPr>
          <w:ilvl w:val="0"/>
          <w:numId w:val="19"/>
        </w:numPr>
        <w:spacing w:after="180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440E6D">
        <w:rPr>
          <w:rFonts w:asciiTheme="majorHAnsi" w:hAnsiTheme="majorHAnsi" w:cstheme="majorHAnsi"/>
          <w:b/>
          <w:bCs/>
          <w:iCs/>
          <w:sz w:val="24"/>
          <w:szCs w:val="24"/>
        </w:rPr>
        <w:t>Nazwa projektu</w:t>
      </w:r>
    </w:p>
    <w:p w14:paraId="6354E053" w14:textId="101F94BF" w:rsidR="00440E6D" w:rsidRDefault="00A46910" w:rsidP="00A46910">
      <w:pPr>
        <w:spacing w:after="180"/>
        <w:rPr>
          <w:rFonts w:asciiTheme="majorHAnsi" w:hAnsiTheme="majorHAnsi" w:cstheme="majorHAnsi"/>
          <w:b/>
          <w:bCs/>
          <w:sz w:val="20"/>
          <w:szCs w:val="20"/>
        </w:rPr>
      </w:pPr>
      <w:r w:rsidRPr="00440E6D">
        <w:rPr>
          <w:rFonts w:asciiTheme="majorHAnsi" w:hAnsiTheme="majorHAnsi" w:cstheme="majorHAnsi"/>
          <w:b/>
          <w:bCs/>
          <w:sz w:val="24"/>
          <w:szCs w:val="24"/>
        </w:rPr>
        <w:t>Projekt „Włocławek dla zdrowia psychicznego 2026 – Razem dla spokoju, mocy i dobrych relacji</w:t>
      </w:r>
      <w:r w:rsidRPr="00DE2D6E">
        <w:rPr>
          <w:rFonts w:asciiTheme="majorHAnsi" w:hAnsiTheme="majorHAnsi" w:cstheme="majorHAnsi"/>
          <w:b/>
          <w:bCs/>
          <w:sz w:val="20"/>
          <w:szCs w:val="20"/>
        </w:rPr>
        <w:t>”</w:t>
      </w:r>
    </w:p>
    <w:p w14:paraId="03B34833" w14:textId="77777777" w:rsidR="00440E6D" w:rsidRPr="00440E6D" w:rsidRDefault="00440E6D" w:rsidP="00A46910">
      <w:pPr>
        <w:spacing w:after="180"/>
        <w:rPr>
          <w:rFonts w:asciiTheme="majorHAnsi" w:hAnsiTheme="majorHAnsi" w:cstheme="majorHAnsi"/>
          <w:b/>
          <w:bCs/>
          <w:sz w:val="20"/>
          <w:szCs w:val="20"/>
        </w:rPr>
      </w:pPr>
    </w:p>
    <w:p w14:paraId="26C8C543" w14:textId="2891C92A" w:rsidR="00A46910" w:rsidRPr="00440E6D" w:rsidRDefault="00A46910" w:rsidP="00440E6D">
      <w:pPr>
        <w:pStyle w:val="Akapitzlist"/>
        <w:numPr>
          <w:ilvl w:val="0"/>
          <w:numId w:val="19"/>
        </w:numPr>
        <w:spacing w:after="180"/>
        <w:rPr>
          <w:rFonts w:asciiTheme="majorHAnsi" w:hAnsiTheme="majorHAnsi" w:cstheme="majorHAnsi"/>
          <w:b/>
          <w:bCs/>
          <w:sz w:val="24"/>
          <w:szCs w:val="24"/>
        </w:rPr>
      </w:pPr>
      <w:r w:rsidRPr="00440E6D">
        <w:rPr>
          <w:rFonts w:asciiTheme="majorHAnsi" w:hAnsiTheme="majorHAnsi" w:cstheme="majorHAnsi"/>
          <w:b/>
          <w:bCs/>
          <w:sz w:val="24"/>
          <w:szCs w:val="24"/>
        </w:rPr>
        <w:t>Termin i miejsce</w:t>
      </w:r>
    </w:p>
    <w:p w14:paraId="09541644" w14:textId="53069057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 xml:space="preserve">19.09.2026 Park </w:t>
      </w:r>
      <w:r w:rsidR="00DE2D6E" w:rsidRPr="00DE2D6E">
        <w:rPr>
          <w:rFonts w:asciiTheme="majorHAnsi" w:hAnsiTheme="majorHAnsi" w:cstheme="majorHAnsi"/>
          <w:sz w:val="20"/>
          <w:szCs w:val="20"/>
        </w:rPr>
        <w:t>Słodowo</w:t>
      </w:r>
      <w:r w:rsidRPr="00DE2D6E">
        <w:rPr>
          <w:rFonts w:asciiTheme="majorHAnsi" w:hAnsiTheme="majorHAnsi" w:cstheme="majorHAnsi"/>
          <w:sz w:val="20"/>
          <w:szCs w:val="20"/>
        </w:rPr>
        <w:t>, Włocławek</w:t>
      </w:r>
    </w:p>
    <w:p w14:paraId="79E6DFC7" w14:textId="0EE8B63F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 xml:space="preserve">08.10.2026 Browar B, </w:t>
      </w:r>
      <w:r w:rsidR="00DE2D6E" w:rsidRPr="00DE2D6E">
        <w:rPr>
          <w:rFonts w:asciiTheme="majorHAnsi" w:hAnsiTheme="majorHAnsi" w:cstheme="majorHAnsi"/>
          <w:sz w:val="20"/>
          <w:szCs w:val="20"/>
        </w:rPr>
        <w:t xml:space="preserve">ul. Łęgska 28 </w:t>
      </w:r>
      <w:r w:rsidRPr="00DE2D6E">
        <w:rPr>
          <w:rFonts w:asciiTheme="majorHAnsi" w:hAnsiTheme="majorHAnsi" w:cstheme="majorHAnsi"/>
          <w:sz w:val="20"/>
          <w:szCs w:val="20"/>
        </w:rPr>
        <w:t>Włocławek</w:t>
      </w:r>
    </w:p>
    <w:p w14:paraId="2923D486" w14:textId="74D4F7AA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>15.10.2026 Warsztat “Nowy start – ściezki kariery po wypaleniu zawodowym”, ul. Żabia 12a Włocławek</w:t>
      </w:r>
    </w:p>
    <w:p w14:paraId="5E9CDCA3" w14:textId="292E23CE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>22.10.2026 Warsztat “Komunikacja</w:t>
      </w:r>
      <w:r w:rsidR="002B233B">
        <w:rPr>
          <w:rFonts w:asciiTheme="majorHAnsi" w:hAnsiTheme="majorHAnsi" w:cstheme="majorHAnsi"/>
          <w:sz w:val="20"/>
          <w:szCs w:val="20"/>
        </w:rPr>
        <w:t xml:space="preserve"> I </w:t>
      </w:r>
      <w:r w:rsidRPr="00DE2D6E">
        <w:rPr>
          <w:rFonts w:asciiTheme="majorHAnsi" w:hAnsiTheme="majorHAnsi" w:cstheme="majorHAnsi"/>
          <w:sz w:val="20"/>
          <w:szCs w:val="20"/>
        </w:rPr>
        <w:t>mediacja, która buduje relacje”, ul. Żabia 12a Włocławek</w:t>
      </w:r>
    </w:p>
    <w:p w14:paraId="42C94FC0" w14:textId="557F89C0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>29.10.2026 Warsztat  “Uzależnienia behawioralne dzieci i młodziezy”, ul. Żabia 1</w:t>
      </w:r>
      <w:r w:rsidR="002B233B">
        <w:rPr>
          <w:rFonts w:asciiTheme="majorHAnsi" w:hAnsiTheme="majorHAnsi" w:cstheme="majorHAnsi"/>
          <w:sz w:val="20"/>
          <w:szCs w:val="20"/>
        </w:rPr>
        <w:t>2</w:t>
      </w:r>
      <w:r w:rsidRPr="00DE2D6E">
        <w:rPr>
          <w:rFonts w:asciiTheme="majorHAnsi" w:hAnsiTheme="majorHAnsi" w:cstheme="majorHAnsi"/>
          <w:sz w:val="20"/>
          <w:szCs w:val="20"/>
        </w:rPr>
        <w:t>a Włocławek</w:t>
      </w:r>
    </w:p>
    <w:p w14:paraId="4005603A" w14:textId="18D47E84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>05.11.2026 Warsztat “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Prawo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dla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młodzieży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– to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warto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wiedzieć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>”, ul. Żabia 12a Włocławek</w:t>
      </w:r>
    </w:p>
    <w:p w14:paraId="7C0C6F78" w14:textId="0D981D62" w:rsidR="00A46910" w:rsidRPr="00DE2D6E" w:rsidRDefault="00A46910" w:rsidP="00A46910">
      <w:pPr>
        <w:pStyle w:val="Akapitzlist"/>
        <w:numPr>
          <w:ilvl w:val="0"/>
          <w:numId w:val="10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>12.11.2026 Warsztat “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Odpornośc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psychiczna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I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radzenie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sobie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ze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stresem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>”, ul. Żabia 12a Włocławek</w:t>
      </w:r>
    </w:p>
    <w:p w14:paraId="7D79A23E" w14:textId="77777777" w:rsidR="002E67C6" w:rsidRPr="00DE2D6E" w:rsidRDefault="002E67C6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3E5213F1" w14:textId="5E0F3AE8" w:rsidR="002E67C6" w:rsidRPr="00DE2D6E" w:rsidRDefault="00440E6D">
      <w:pPr>
        <w:pStyle w:val="Nagwek1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3</w:t>
      </w:r>
      <w:r w:rsidR="0069152D" w:rsidRPr="00DE2D6E">
        <w:rPr>
          <w:rFonts w:cstheme="majorHAnsi"/>
          <w:color w:val="auto"/>
          <w:sz w:val="24"/>
          <w:szCs w:val="24"/>
        </w:rPr>
        <w:t xml:space="preserve">. Dane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uczestnika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2E67C6" w:rsidRPr="00DE2D6E" w14:paraId="43477FDB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3E249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Imię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nazwisko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CED46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2E67C6" w:rsidRPr="00DE2D6E" w14:paraId="576EE903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00BDEA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Telefon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jeżeli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wymagany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28D2E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2E67C6" w:rsidRPr="00DE2D6E" w14:paraId="62207204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EE06FC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E-mail (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jeżeli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wymagany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8EC4CB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2E67C6" w:rsidRPr="00DE2D6E" w14:paraId="35CD622F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0DF3F7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Status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uczestnika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10F815" w14:textId="1B51FB03" w:rsidR="0038606F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osoba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pełnoletnia</w:t>
            </w:r>
            <w:proofErr w:type="spellEnd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>powyżej</w:t>
            </w:r>
            <w:proofErr w:type="spellEnd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18 </w:t>
            </w:r>
            <w:proofErr w:type="spellStart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>roku</w:t>
            </w:r>
            <w:proofErr w:type="spellEnd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>ż</w:t>
            </w:r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>ycia</w:t>
            </w:r>
            <w:proofErr w:type="spellEnd"/>
            <w:r w:rsidR="00A46910" w:rsidRPr="00DE2D6E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</w:p>
          <w:p w14:paraId="38552731" w14:textId="241D2C1D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osoba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małoletnia</w:t>
            </w:r>
            <w:proofErr w:type="spellEnd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>poniżej</w:t>
            </w:r>
            <w:proofErr w:type="spellEnd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18 </w:t>
            </w:r>
            <w:proofErr w:type="spellStart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>roku</w:t>
            </w:r>
            <w:proofErr w:type="spellEnd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>życia</w:t>
            </w:r>
            <w:proofErr w:type="spellEnd"/>
            <w:r w:rsidR="0038606F" w:rsidRPr="00DE2D6E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</w:tbl>
    <w:p w14:paraId="233C87AF" w14:textId="77777777" w:rsidR="002E67C6" w:rsidRPr="00DE2D6E" w:rsidRDefault="002E67C6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52CB59CF" w14:textId="6C13D5DC" w:rsidR="002E67C6" w:rsidRPr="00DE2D6E" w:rsidRDefault="00440E6D">
      <w:pPr>
        <w:pStyle w:val="Nagwek1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4</w:t>
      </w:r>
      <w:r w:rsidR="0069152D" w:rsidRPr="00DE2D6E">
        <w:rPr>
          <w:rFonts w:cstheme="majorHAnsi"/>
          <w:color w:val="auto"/>
          <w:sz w:val="24"/>
          <w:szCs w:val="24"/>
        </w:rPr>
        <w:t xml:space="preserve">.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Oświadczenie</w:t>
      </w:r>
      <w:proofErr w:type="spellEnd"/>
      <w:r w:rsidR="0069152D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dotyczące</w:t>
      </w:r>
      <w:proofErr w:type="spellEnd"/>
      <w:r w:rsidR="0069152D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udziału</w:t>
      </w:r>
      <w:proofErr w:type="spellEnd"/>
    </w:p>
    <w:p w14:paraId="4158FE26" w14:textId="55F644A6" w:rsidR="0038606F" w:rsidRPr="00DE2D6E" w:rsidRDefault="0069152D" w:rsidP="0038606F">
      <w:pPr>
        <w:pStyle w:val="Akapitzlist"/>
        <w:numPr>
          <w:ilvl w:val="0"/>
          <w:numId w:val="11"/>
        </w:numPr>
        <w:spacing w:after="180"/>
        <w:rPr>
          <w:rFonts w:asciiTheme="majorHAnsi" w:hAnsiTheme="majorHAnsi" w:cstheme="majorHAnsi"/>
          <w:b/>
          <w:bCs/>
          <w:sz w:val="20"/>
          <w:szCs w:val="20"/>
        </w:rPr>
      </w:pPr>
      <w:r w:rsidRPr="00DE2D6E">
        <w:rPr>
          <w:rFonts w:ascii="Segoe UI Symbol" w:hAnsi="Segoe UI Symbol" w:cs="Segoe UI Symbol"/>
          <w:sz w:val="20"/>
          <w:szCs w:val="20"/>
        </w:rPr>
        <w:t>☐</w:t>
      </w:r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Potwierdzam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zgłoszenie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i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udział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wydarzeniu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realizowanym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ramach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projektu </w:t>
      </w:r>
      <w:r w:rsidR="002B233B">
        <w:rPr>
          <w:rFonts w:asciiTheme="majorHAnsi" w:hAnsiTheme="majorHAnsi" w:cstheme="majorHAnsi"/>
          <w:sz w:val="20"/>
          <w:szCs w:val="20"/>
        </w:rPr>
        <w:t>“</w:t>
      </w:r>
      <w:r w:rsidR="0038606F" w:rsidRPr="00DE2D6E">
        <w:rPr>
          <w:rFonts w:asciiTheme="majorHAnsi" w:hAnsiTheme="majorHAnsi" w:cstheme="majorHAnsi"/>
          <w:b/>
          <w:bCs/>
          <w:sz w:val="20"/>
          <w:szCs w:val="20"/>
        </w:rPr>
        <w:t>Włocławek dla zdrowia psychicznego 2026 – Razem dla spokoju, mocy i dobrych relacji”</w:t>
      </w:r>
    </w:p>
    <w:p w14:paraId="058A7FEA" w14:textId="088DBFBA" w:rsidR="002E67C6" w:rsidRPr="00DE2D6E" w:rsidRDefault="0069152D" w:rsidP="0038606F">
      <w:pPr>
        <w:pStyle w:val="Akapitzlist"/>
        <w:numPr>
          <w:ilvl w:val="0"/>
          <w:numId w:val="11"/>
        </w:numPr>
        <w:spacing w:after="180"/>
        <w:rPr>
          <w:rFonts w:asciiTheme="majorHAnsi" w:hAnsiTheme="majorHAnsi" w:cstheme="majorHAnsi"/>
          <w:b/>
          <w:bCs/>
          <w:sz w:val="20"/>
          <w:szCs w:val="20"/>
        </w:rPr>
      </w:pPr>
      <w:r w:rsidRPr="00DE2D6E">
        <w:rPr>
          <w:rFonts w:ascii="Segoe UI Symbol" w:hAnsi="Segoe UI Symbol" w:cs="Segoe UI Symbol"/>
          <w:sz w:val="20"/>
          <w:szCs w:val="20"/>
        </w:rPr>
        <w:t>☐</w:t>
      </w:r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Potwierdzam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że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podane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dane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prawidłowe</w:t>
      </w:r>
      <w:proofErr w:type="spellEnd"/>
      <w:r w:rsidR="006959C3">
        <w:rPr>
          <w:rFonts w:asciiTheme="majorHAnsi" w:hAnsiTheme="majorHAnsi" w:cstheme="majorHAnsi"/>
          <w:sz w:val="20"/>
          <w:szCs w:val="20"/>
        </w:rPr>
        <w:t xml:space="preserve"> i </w:t>
      </w:r>
      <w:proofErr w:type="spellStart"/>
      <w:r w:rsidR="006959C3">
        <w:rPr>
          <w:rFonts w:asciiTheme="majorHAnsi" w:hAnsiTheme="majorHAnsi" w:cstheme="majorHAnsi"/>
          <w:sz w:val="20"/>
          <w:szCs w:val="20"/>
        </w:rPr>
        <w:t>prawdziwe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, oraz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że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zapoznałam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>/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em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się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poniższą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klauzulą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informacyjną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>.</w:t>
      </w:r>
    </w:p>
    <w:p w14:paraId="2D59DFB1" w14:textId="374E3F0C" w:rsidR="002E67C6" w:rsidRPr="00DE2D6E" w:rsidRDefault="00440E6D">
      <w:pPr>
        <w:pStyle w:val="Nagwek1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5</w:t>
      </w:r>
      <w:r w:rsidR="0069152D" w:rsidRPr="00DE2D6E">
        <w:rPr>
          <w:rFonts w:cstheme="majorHAnsi"/>
          <w:color w:val="auto"/>
          <w:sz w:val="24"/>
          <w:szCs w:val="24"/>
        </w:rPr>
        <w:t>. Klauzula informacyjna RODO</w:t>
      </w:r>
    </w:p>
    <w:p w14:paraId="00A07EB4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ADMINISTRATORZY DANYCH </w:t>
      </w:r>
    </w:p>
    <w:p w14:paraId="28296010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Administratorami Pani/Pana danych osobowych są: </w:t>
      </w:r>
    </w:p>
    <w:p w14:paraId="62C5DC1F" w14:textId="5970331D" w:rsidR="008741EC" w:rsidRPr="00DE2D6E" w:rsidRDefault="008741EC" w:rsidP="001D729A">
      <w:pPr>
        <w:pStyle w:val="Default"/>
        <w:spacing w:after="6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Fundacja Spiral Coaching, z siedzibą we Włocławku (87-800), ul. Żabia 12 a</w:t>
      </w:r>
    </w:p>
    <w:p w14:paraId="5B9A8327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PUNKT KONTAKTOWY </w:t>
      </w:r>
    </w:p>
    <w:p w14:paraId="51A64C9A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We wszystkich sprawach dotyczących przetwarzania danych osobowych mogą się Państwo kontaktować poprzez wspólny punkt kontaktowy: </w:t>
      </w:r>
    </w:p>
    <w:p w14:paraId="73D59D30" w14:textId="77777777" w:rsidR="008741EC" w:rsidRPr="00DE2D6E" w:rsidRDefault="008741EC" w:rsidP="001D729A">
      <w:pPr>
        <w:pStyle w:val="Default"/>
        <w:numPr>
          <w:ilvl w:val="0"/>
          <w:numId w:val="13"/>
        </w:numPr>
        <w:spacing w:after="36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adres e-mail: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fundacja@spiralcoaching.pl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, </w:t>
      </w:r>
    </w:p>
    <w:p w14:paraId="3A6B4273" w14:textId="7454E4CE" w:rsidR="008741EC" w:rsidRPr="00DE2D6E" w:rsidRDefault="008741EC" w:rsidP="008741EC">
      <w:pPr>
        <w:pStyle w:val="Default"/>
        <w:numPr>
          <w:ilvl w:val="0"/>
          <w:numId w:val="13"/>
        </w:numPr>
        <w:spacing w:after="36"/>
        <w:ind w:firstLine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adres pocztowy: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Fundacja Spiral Coaching, ul. Żabia 12a, 87-800 Włocławek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. </w:t>
      </w:r>
    </w:p>
    <w:p w14:paraId="3FE0F8EA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b/>
          <w:bCs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ŹRÓDŁO DANYCH </w:t>
      </w:r>
    </w:p>
    <w:p w14:paraId="5D9C210E" w14:textId="7D0F9265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Dane osobowe mogą zostać przekazane bezpośrednio przez Panią/Pana lub – w sytuacjach związanych z realizacją przedsięwzięć Fundacji Spiral Coaching – przez podmiot współpracujący, uczestniczący w organizacji danego wydarzenia. </w:t>
      </w:r>
    </w:p>
    <w:p w14:paraId="49AD0C3F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lastRenderedPageBreak/>
        <w:t xml:space="preserve">CELE PRZETWARZANIA DANYCH OSOBOWYCH </w:t>
      </w:r>
    </w:p>
    <w:p w14:paraId="0EBBB7E3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Pani/Pana dane osobowe, w tym wizerunek, przetwarzane są w następujących celach: </w:t>
      </w:r>
    </w:p>
    <w:p w14:paraId="528A41A0" w14:textId="77777777" w:rsidR="008741EC" w:rsidRPr="00DE2D6E" w:rsidRDefault="008741EC" w:rsidP="001D729A">
      <w:pPr>
        <w:pStyle w:val="Default"/>
        <w:numPr>
          <w:ilvl w:val="0"/>
          <w:numId w:val="14"/>
        </w:numPr>
        <w:spacing w:after="15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Realizacji zgody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na utrwalanie, wykorzystanie i rozpowszechnianie wizerunku w materiałach informacyjnych, promocyjnych marketingowych, komunikacyjnych i innych podobnych Fundacji Spiral Coaching; </w:t>
      </w:r>
    </w:p>
    <w:p w14:paraId="1D047FE1" w14:textId="77777777" w:rsidR="008741EC" w:rsidRPr="00DE2D6E" w:rsidRDefault="008741EC" w:rsidP="001D729A">
      <w:pPr>
        <w:pStyle w:val="Default"/>
        <w:numPr>
          <w:ilvl w:val="0"/>
          <w:numId w:val="14"/>
        </w:numPr>
        <w:spacing w:after="15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Komunikacji i promocji działań społecznych, dobroczynnych i wizerunkowych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w ramach wspólnych czynności przetwarzania Administratorów (CSR); </w:t>
      </w:r>
    </w:p>
    <w:p w14:paraId="50AA8BAA" w14:textId="77777777" w:rsidR="008741EC" w:rsidRPr="00DE2D6E" w:rsidRDefault="008741EC" w:rsidP="001D729A">
      <w:pPr>
        <w:pStyle w:val="Default"/>
        <w:numPr>
          <w:ilvl w:val="0"/>
          <w:numId w:val="14"/>
        </w:numPr>
        <w:spacing w:after="15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Kontaktowania się z Panią/Panem,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w tym obsługi ewentualnych zgłoszeń dotyczących cofnięcia zgody lub wykonywania praw wynikających z RODO; </w:t>
      </w:r>
    </w:p>
    <w:p w14:paraId="39BCEA0D" w14:textId="77777777" w:rsidR="008741EC" w:rsidRPr="00DE2D6E" w:rsidRDefault="008741EC" w:rsidP="001D729A">
      <w:pPr>
        <w:pStyle w:val="Default"/>
        <w:numPr>
          <w:ilvl w:val="0"/>
          <w:numId w:val="14"/>
        </w:numPr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Ustalenia, dochodzenia lub obrony roszczeń,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jeżeli mogą pojawić się spory związane z wykorzystaniem wizerunku. </w:t>
      </w:r>
    </w:p>
    <w:p w14:paraId="03CF53C9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PODSTAWA PRAWNA PRZETWARZANIA </w:t>
      </w:r>
    </w:p>
    <w:p w14:paraId="43CDF00E" w14:textId="77777777" w:rsidR="008741EC" w:rsidRPr="00DE2D6E" w:rsidRDefault="008741EC" w:rsidP="001D729A">
      <w:pPr>
        <w:pStyle w:val="Default"/>
        <w:numPr>
          <w:ilvl w:val="0"/>
          <w:numId w:val="15"/>
        </w:numPr>
        <w:spacing w:after="17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Art. 6 ust. 1 lit. a RODO – zgoda,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udzielana poprzez podpisanie niniejszego oświadczenia, w zakresie utrwalania, wykorzystywania i rozpowszechniania wizerunku. </w:t>
      </w:r>
    </w:p>
    <w:p w14:paraId="4E7F1F1A" w14:textId="77777777" w:rsidR="008741EC" w:rsidRPr="00DE2D6E" w:rsidRDefault="008741EC" w:rsidP="001D729A">
      <w:pPr>
        <w:pStyle w:val="Default"/>
        <w:numPr>
          <w:ilvl w:val="0"/>
          <w:numId w:val="15"/>
        </w:numPr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Art. 6 ust. 1 lit. f RODO – prawnie uzasadniony interes Administratorów,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związany wyłącznie z prowadzeniem działań komunikacyjnych i promocyjnych oraz z ustalaniem, dochodzeniem i obroną roszczeń. </w:t>
      </w:r>
    </w:p>
    <w:p w14:paraId="0C3BD989" w14:textId="77777777" w:rsidR="008741EC" w:rsidRPr="00DE2D6E" w:rsidRDefault="008741EC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ODBIORCY DANYCH </w:t>
      </w:r>
    </w:p>
    <w:p w14:paraId="6F151809" w14:textId="77777777" w:rsidR="008741EC" w:rsidRPr="00DE2D6E" w:rsidRDefault="008741EC" w:rsidP="001D729A">
      <w:pPr>
        <w:pStyle w:val="Default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Dane mogą być ujawniane: </w:t>
      </w:r>
    </w:p>
    <w:p w14:paraId="1748051D" w14:textId="77777777" w:rsidR="008741EC" w:rsidRPr="00DE2D6E" w:rsidRDefault="008741EC" w:rsidP="001D729A">
      <w:pPr>
        <w:pStyle w:val="Default"/>
        <w:numPr>
          <w:ilvl w:val="0"/>
          <w:numId w:val="16"/>
        </w:numPr>
        <w:spacing w:after="38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podmiotom świadczącym usługi techniczne, informatyczne, fotograficzne, marketingowe, prawne, archiwizacyjne lub inne usługi niezbędne do realizacji celów przetwarzania, </w:t>
      </w:r>
    </w:p>
    <w:p w14:paraId="40F8D61E" w14:textId="77777777" w:rsidR="008741EC" w:rsidRPr="00DE2D6E" w:rsidRDefault="008741EC" w:rsidP="001D729A">
      <w:pPr>
        <w:pStyle w:val="Default"/>
        <w:numPr>
          <w:ilvl w:val="0"/>
          <w:numId w:val="16"/>
        </w:numPr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Fundacji Spiral Coaching oraz fundacjom korporacyjnym współuczestniczącym w działaniach promocyjnych i społecznych. </w:t>
      </w:r>
    </w:p>
    <w:p w14:paraId="13E2545F" w14:textId="77777777" w:rsidR="001D729A" w:rsidRPr="00DE2D6E" w:rsidRDefault="008741EC" w:rsidP="001D729A">
      <w:pPr>
        <w:pStyle w:val="Default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Wszystkie takie podmioty przetwarzają dane na podstawie odpowiednich umów i wyłącznie w zakresie powierzonych zadań. </w:t>
      </w:r>
    </w:p>
    <w:p w14:paraId="547F8D33" w14:textId="2F20AEE5" w:rsidR="008741EC" w:rsidRPr="00DE2D6E" w:rsidRDefault="008741EC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PRZEKAZYWANIE DANYCH DO PAŃSTW TRZECICH </w:t>
      </w:r>
    </w:p>
    <w:p w14:paraId="32CCFF54" w14:textId="6CCB776F" w:rsidR="008741EC" w:rsidRPr="00DE2D6E" w:rsidRDefault="008741EC" w:rsidP="001D729A">
      <w:pPr>
        <w:pStyle w:val="Default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Wizerunek może być publikowany na stronach internetowych i w mediach społecznościowych (Facebook, Instagram), co może wiązać się z przekazaniem danych poza Europejski Obszar Gospodarczy. Administratorzy stosują rozwiązania dopuszczone przepisami RODO. </w:t>
      </w:r>
    </w:p>
    <w:p w14:paraId="7D6C16B9" w14:textId="77777777" w:rsidR="008741EC" w:rsidRPr="00DE2D6E" w:rsidRDefault="008741EC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OKRES PRZETWARZANIA DANYCH </w:t>
      </w:r>
    </w:p>
    <w:p w14:paraId="36B0B5E9" w14:textId="77777777" w:rsidR="008741EC" w:rsidRPr="00DE2D6E" w:rsidRDefault="008741EC" w:rsidP="001D729A">
      <w:pPr>
        <w:pStyle w:val="Default"/>
        <w:numPr>
          <w:ilvl w:val="0"/>
          <w:numId w:val="17"/>
        </w:numPr>
        <w:spacing w:after="36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Dane będą przetwarzane do czasu wycofania zgody. </w:t>
      </w:r>
    </w:p>
    <w:p w14:paraId="343F8B7B" w14:textId="77777777" w:rsidR="008741EC" w:rsidRPr="00DE2D6E" w:rsidRDefault="008741EC" w:rsidP="001D729A">
      <w:pPr>
        <w:pStyle w:val="Default"/>
        <w:numPr>
          <w:ilvl w:val="0"/>
          <w:numId w:val="17"/>
        </w:numPr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Po wycofaniu zgody wizerunek nie będzie dalej wykorzystywany, ale dane mogą być przechowywane przez okres niezbędny do ustalenia, dochodzenia lub obrony potencjalnych roszczeń – nie dłużej niż wynika to z przepisów o przedawnieniu. </w:t>
      </w:r>
    </w:p>
    <w:p w14:paraId="3AC5FE7D" w14:textId="351F7E39" w:rsidR="008741EC" w:rsidRPr="00DE2D6E" w:rsidRDefault="001D729A" w:rsidP="001D729A">
      <w:pPr>
        <w:pStyle w:val="Default"/>
        <w:ind w:left="567" w:hanging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O</w:t>
      </w:r>
      <w:r w:rsidR="008741EC"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BOWIĄZEK PODANIA DANYCH </w:t>
      </w:r>
    </w:p>
    <w:p w14:paraId="3F7B0BED" w14:textId="77777777" w:rsidR="001D729A" w:rsidRPr="00DE2D6E" w:rsidRDefault="008741EC" w:rsidP="001D729A">
      <w:pPr>
        <w:pStyle w:val="Default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Podanie danych jest dobrowolne. Podanie danych jest niezbędne do realizacji celów określonych w niniejszej klauzuli oraz wykorzystania wizerunku. Brak podania danych uniemożliwi publikację wizerunku oraz kontakt w sprawach zgody. </w:t>
      </w:r>
    </w:p>
    <w:p w14:paraId="386E8151" w14:textId="3126FB14" w:rsidR="008741EC" w:rsidRPr="00DE2D6E" w:rsidRDefault="008741EC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PRAWA OSÓB, KTÓRYCH DANE DOTYCZĄ </w:t>
      </w:r>
    </w:p>
    <w:p w14:paraId="0263DDDE" w14:textId="77777777" w:rsidR="008741EC" w:rsidRPr="00DE2D6E" w:rsidRDefault="008741EC" w:rsidP="001D729A">
      <w:pPr>
        <w:pStyle w:val="Default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Przysługuje Pani/Panu: </w:t>
      </w:r>
    </w:p>
    <w:p w14:paraId="4C432E2B" w14:textId="77777777" w:rsidR="008741EC" w:rsidRPr="00DE2D6E" w:rsidRDefault="008741EC" w:rsidP="001D729A">
      <w:pPr>
        <w:pStyle w:val="Default"/>
        <w:numPr>
          <w:ilvl w:val="0"/>
          <w:numId w:val="18"/>
        </w:numPr>
        <w:spacing w:after="36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prawo dostępu do danych, </w:t>
      </w:r>
    </w:p>
    <w:p w14:paraId="484EFB05" w14:textId="77777777" w:rsidR="008741EC" w:rsidRPr="00DE2D6E" w:rsidRDefault="008741EC" w:rsidP="001D729A">
      <w:pPr>
        <w:pStyle w:val="Default"/>
        <w:numPr>
          <w:ilvl w:val="0"/>
          <w:numId w:val="18"/>
        </w:numPr>
        <w:spacing w:after="36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prawo żądania ich sprostowania, usunięcia lub ograniczenia przetwarzania, </w:t>
      </w:r>
    </w:p>
    <w:p w14:paraId="1900BFAB" w14:textId="77777777" w:rsidR="008741EC" w:rsidRPr="00DE2D6E" w:rsidRDefault="008741EC" w:rsidP="001D729A">
      <w:pPr>
        <w:pStyle w:val="Default"/>
        <w:numPr>
          <w:ilvl w:val="0"/>
          <w:numId w:val="18"/>
        </w:numPr>
        <w:spacing w:after="36"/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prawo wniesienia sprzeciwu (gdy podstawą jest art. 6 ust. 1 lit. f RODO), </w:t>
      </w:r>
    </w:p>
    <w:p w14:paraId="4CC5B639" w14:textId="77777777" w:rsidR="008741EC" w:rsidRPr="00DE2D6E" w:rsidRDefault="008741EC" w:rsidP="001D729A">
      <w:pPr>
        <w:pStyle w:val="Default"/>
        <w:numPr>
          <w:ilvl w:val="0"/>
          <w:numId w:val="18"/>
        </w:numPr>
        <w:ind w:left="567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prawo do wycofania zgody w dowolnym momencie (bez wpływu na legalność przetwarzania przed jej wycofaniem), </w:t>
      </w:r>
    </w:p>
    <w:p w14:paraId="26A6CE8D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Realizacja praw odbywa się poprzez kontakt wskazany w punkcie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PUNKT KONTAKTOWY. </w:t>
      </w:r>
    </w:p>
    <w:p w14:paraId="30B1BBC4" w14:textId="77777777" w:rsidR="008741EC" w:rsidRPr="00DE2D6E" w:rsidRDefault="008741EC" w:rsidP="008741EC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PRAWO DO ZŁOŻENIA SKARGI </w:t>
      </w:r>
    </w:p>
    <w:p w14:paraId="5EF3B18F" w14:textId="45EF9E3B" w:rsidR="001D729A" w:rsidRPr="00DE2D6E" w:rsidRDefault="008741EC" w:rsidP="008741EC">
      <w:pPr>
        <w:rPr>
          <w:rFonts w:asciiTheme="majorHAnsi" w:hAnsiTheme="majorHAnsi" w:cstheme="majorHAnsi"/>
          <w:sz w:val="20"/>
          <w:szCs w:val="20"/>
        </w:rPr>
      </w:pP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Przysługuje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Pani/Panu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prawo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wniesienia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skargi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Prezesa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Urzędu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Ochrony Danych Osobowych.</w:t>
      </w:r>
    </w:p>
    <w:p w14:paraId="0C6E45E0" w14:textId="4C3FAF3F" w:rsidR="002E67C6" w:rsidRPr="00DE2D6E" w:rsidRDefault="00440E6D" w:rsidP="001D729A">
      <w:pPr>
        <w:pStyle w:val="Nagwek1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6</w:t>
      </w:r>
      <w:r w:rsidR="0069152D" w:rsidRPr="00DE2D6E">
        <w:rPr>
          <w:rFonts w:cstheme="majorHAnsi"/>
          <w:color w:val="auto"/>
          <w:sz w:val="24"/>
          <w:szCs w:val="24"/>
        </w:rPr>
        <w:t xml:space="preserve">.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Dobrowolne</w:t>
      </w:r>
      <w:proofErr w:type="spellEnd"/>
      <w:r w:rsidR="0069152D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zgody</w:t>
      </w:r>
      <w:proofErr w:type="spellEnd"/>
    </w:p>
    <w:p w14:paraId="7D7B5A91" w14:textId="77777777" w:rsidR="002E67C6" w:rsidRPr="00DE2D6E" w:rsidRDefault="0069152D">
      <w:pPr>
        <w:pStyle w:val="Listapunktowana"/>
        <w:ind w:left="312" w:hanging="142"/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="Segoe UI Symbol" w:hAnsi="Segoe UI Symbol" w:cs="Segoe UI Symbol"/>
          <w:sz w:val="20"/>
          <w:szCs w:val="20"/>
        </w:rPr>
        <w:t>☐</w:t>
      </w:r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Zgadzam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się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kontakt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telefoniczny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lub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e-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mailowy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sprawach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organizacyjnych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związanych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wydarzeniem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jeżeli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podany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kontakt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nie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jest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niezbędny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jego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organizacji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>.</w:t>
      </w:r>
    </w:p>
    <w:p w14:paraId="0AC2ACBC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00BA2B2C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66BA87B6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07DA9CFB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637811B3" w14:textId="77777777" w:rsidR="001D729A" w:rsidRPr="00DE2D6E" w:rsidRDefault="001D729A" w:rsidP="001D729A">
      <w:pPr>
        <w:pStyle w:val="Listapunktowana"/>
        <w:numPr>
          <w:ilvl w:val="0"/>
          <w:numId w:val="0"/>
        </w:numPr>
        <w:rPr>
          <w:rFonts w:asciiTheme="majorHAnsi" w:hAnsiTheme="majorHAnsi" w:cstheme="majorHAnsi"/>
          <w:sz w:val="20"/>
          <w:szCs w:val="20"/>
        </w:rPr>
      </w:pPr>
    </w:p>
    <w:p w14:paraId="56F045B3" w14:textId="325D322B" w:rsidR="001D729A" w:rsidRPr="00DE2D6E" w:rsidRDefault="00440E6D" w:rsidP="001D729A">
      <w:pPr>
        <w:pStyle w:val="Nagwek1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lastRenderedPageBreak/>
        <w:t>7</w:t>
      </w:r>
      <w:r w:rsidR="001D729A" w:rsidRPr="00DE2D6E">
        <w:rPr>
          <w:rFonts w:cstheme="majorHAnsi"/>
          <w:color w:val="auto"/>
          <w:sz w:val="24"/>
          <w:szCs w:val="24"/>
        </w:rPr>
        <w:t xml:space="preserve">. </w:t>
      </w:r>
      <w:proofErr w:type="spellStart"/>
      <w:r w:rsidR="001D729A" w:rsidRPr="00DE2D6E">
        <w:rPr>
          <w:rFonts w:cstheme="majorHAnsi"/>
          <w:color w:val="auto"/>
          <w:sz w:val="24"/>
          <w:szCs w:val="24"/>
        </w:rPr>
        <w:t>Zgody</w:t>
      </w:r>
      <w:proofErr w:type="spellEnd"/>
      <w:r w:rsidR="001D729A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1D729A" w:rsidRPr="00DE2D6E">
        <w:rPr>
          <w:rFonts w:cstheme="majorHAnsi"/>
          <w:color w:val="auto"/>
          <w:sz w:val="24"/>
          <w:szCs w:val="24"/>
        </w:rPr>
        <w:t>obowiązkowe</w:t>
      </w:r>
      <w:proofErr w:type="spellEnd"/>
    </w:p>
    <w:p w14:paraId="0B00C073" w14:textId="271B21E6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451D7153" w14:textId="4D9F1811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sym w:font="Wingdings 2" w:char="F0A3"/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OŚWIADCZENIE O WYRAŻENIU ZGODY NA ROZPOWSZECHNIANIE WIZERUNKU OSOBA PEŁNOLETNIA (POWYŻEJ 18 R.Ż)</w:t>
      </w:r>
    </w:p>
    <w:p w14:paraId="3638ADC0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Ja, niżej podpisany/a ……………………………………………………………………………….……………………………, </w:t>
      </w:r>
    </w:p>
    <w:p w14:paraId="234EB374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zamieszkały/a w (miejscowość) ……………………………………………………………………………………………………, </w:t>
      </w:r>
    </w:p>
    <w:p w14:paraId="15914456" w14:textId="376E736B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adres e-mail: ………………………………………………………………….…………., na podstawie art. 81 ustawy z dnia 4 lutego 1994 r. o prawie autorskim i prawach pokrewnych (Dz. U. z 2025 r., poz. 24 z </w:t>
      </w:r>
      <w:proofErr w:type="spellStart"/>
      <w:r w:rsidRPr="00DE2D6E">
        <w:rPr>
          <w:rFonts w:asciiTheme="majorHAnsi" w:hAnsiTheme="majorHAnsi" w:cstheme="majorHAnsi"/>
          <w:color w:val="auto"/>
          <w:sz w:val="20"/>
          <w:szCs w:val="20"/>
        </w:rPr>
        <w:t>późn</w:t>
      </w:r>
      <w:proofErr w:type="spellEnd"/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. zm.)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wyrażam zgodę na nieodpłatne utrwalanie, wykorzystanie i rozpowszechnianie mojego wizerunku  w celach marketingowych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utrwalonego podczas realizacji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Projektu „Włocławek dla zdrowia psychicznego 2026 – Razem dla spokoju, mocy i dobrych relacji”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>, przez Fundację Spiral Coaching z siedzibą we Włocławku przy ul. Żabiej 12a  (dalej: „Fundacja”) .</w:t>
      </w:r>
    </w:p>
    <w:p w14:paraId="00F76027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Zgoda obejmuje wykorzystanie, przez Fundację mojego wizerunku w materiałach fotograficznych i wideo w celach informacyjnych, promocyjnych, marketingowych, komunikacyjnych i innych podobnych, w tym w szczególności w publikacjach drukowanych, elektronicznych, na stronach internetowych, w mediach społecznościowych, intranecie oraz środkach masowego przekazu, na terytorium Polski i za granicą. </w:t>
      </w:r>
    </w:p>
    <w:p w14:paraId="2D306188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Zgoda obejmuje również obróbkę materiałów (kadrowanie, kompresję), przy zachowaniu poszanowania mojego wizerunku. Fundacja może powierzać uprawnienia do przetwarzania wizerunku podmiotom współpracującym w ramach realizacji ww. celów, z poszanowaniem obowiązujących przepisów prawa oraz niniejszej zgody. </w:t>
      </w:r>
    </w:p>
    <w:p w14:paraId="341A5C13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Jednocześnie oświadczam, że prawo do udzielania zezwoleń na rozpowszechnianie mojego wizerunku nie jest ograniczone prawami osób trzecich. </w:t>
      </w:r>
    </w:p>
    <w:p w14:paraId="724B16AF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Niniejsza zgoda jest dobrowolna i bezterminowa, bez konieczności każdorazowego zatwierdzania wykorzystania mojego wizerunku. Zgoda podlega wycofaniu w każdej chwili, za pośrednictwem korespondencji elektronicznej (e-mail) na adres: fundacja@spiralcoaching.pl. Wycofanie zgody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nie wpływa na zgodność z prawem przetwarzania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, którego dokonano przed jej wycofaniem. </w:t>
      </w:r>
    </w:p>
    <w:p w14:paraId="08850474" w14:textId="77777777" w:rsidR="001D729A" w:rsidRPr="00DE2D6E" w:rsidRDefault="001D729A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</w:p>
    <w:p w14:paraId="6B14123B" w14:textId="2572B456" w:rsidR="001D729A" w:rsidRPr="00DE2D6E" w:rsidRDefault="001D729A" w:rsidP="001D729A">
      <w:pPr>
        <w:pStyle w:val="Default"/>
        <w:rPr>
          <w:rFonts w:asciiTheme="majorHAnsi" w:hAnsiTheme="majorHAnsi" w:cstheme="majorHAnsi"/>
          <w:b/>
          <w:bCs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sym w:font="Wingdings 2" w:char="F0A3"/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 OŚWIADCZENIE O WYRAŻENIU ZGODY NA ROZPOWSZECHNIANIE WIZERUNKU OSOBA MAŁOLETNIA (PONIŻEJ 18 R.Ż)</w:t>
      </w:r>
    </w:p>
    <w:p w14:paraId="4E6EF08F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Ja, niżej podpisany/a ……………………………………………………………………………………………….…………, </w:t>
      </w:r>
    </w:p>
    <w:p w14:paraId="19427442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zamieszkały/a w (miejscowość) ……………………………………………, </w:t>
      </w:r>
    </w:p>
    <w:p w14:paraId="47644F17" w14:textId="110F7685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adres e-mail: …………………………………….……………………….…., </w:t>
      </w:r>
    </w:p>
    <w:p w14:paraId="6E3B0FE7" w14:textId="77777777" w:rsidR="001D729A" w:rsidRPr="00440E6D" w:rsidRDefault="001D729A" w:rsidP="001D729A">
      <w:pPr>
        <w:pStyle w:val="Default"/>
        <w:jc w:val="both"/>
        <w:rPr>
          <w:rFonts w:asciiTheme="majorHAnsi" w:hAnsiTheme="majorHAnsi" w:cstheme="majorHAnsi"/>
          <w:b/>
          <w:bCs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na podstawie art. 81 ustawy z dnia 4 lutego 1994 r. o prawie autorskim i prawach pokrewnych (Dz. U. z 2025 r., poz. 24 z </w:t>
      </w:r>
      <w:proofErr w:type="spellStart"/>
      <w:r w:rsidRPr="00DE2D6E">
        <w:rPr>
          <w:rFonts w:asciiTheme="majorHAnsi" w:hAnsiTheme="majorHAnsi" w:cstheme="majorHAnsi"/>
          <w:color w:val="auto"/>
          <w:sz w:val="20"/>
          <w:szCs w:val="20"/>
        </w:rPr>
        <w:t>późn</w:t>
      </w:r>
      <w:proofErr w:type="spellEnd"/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. zm.)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 xml:space="preserve">wyrażam zgodę na nieodpłatne utrwalanie, wykorzystanie i rozpowszechnianie wizerunku mojego dziecka/podopiecznego 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……..………………………………….…………………………………………………………… utrwalonego podczas </w:t>
      </w:r>
      <w:r w:rsidRPr="00440E6D">
        <w:rPr>
          <w:rFonts w:asciiTheme="majorHAnsi" w:hAnsiTheme="majorHAnsi" w:cstheme="majorHAnsi"/>
          <w:b/>
          <w:bCs/>
          <w:color w:val="auto"/>
          <w:sz w:val="20"/>
          <w:szCs w:val="20"/>
        </w:rPr>
        <w:t>realizacji Projektu „Włocławek dla zdrowia psychicznego 2026 – Razem dla spokoju, mocy i dobrych relacji”, przez Fundację Spiral Coaching z siedzibą we Włocławku przy ul. Żabiej 12a  (dalej: „Fundacja”).</w:t>
      </w:r>
    </w:p>
    <w:p w14:paraId="6ADDF5FE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Zgoda obejmuje wykorzystanie przez Fundację, wizerunku mojego dziecka/podopiecznego w materiałach fotograficznych i wideo w celach informacyjnych, promocyjnych, marketingowych, komunikacyjnych i innych podobnych, w tym w szczególności w publikacjach drukowanych, elektronicznych, na stronach internetowych, w mediach społecznościowych, intranecie oraz środkach masowego przekazu, na terytorium Polski i za granicą. </w:t>
      </w:r>
    </w:p>
    <w:p w14:paraId="603312D3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Zgoda obejmuje również obróbkę materiałów (kadrowanie, kompresję), przy zachowaniu poszanowania wizerunku mojego dziecka/podopiecznego. Fundacja może powierzać uprawnienia do przetwarzania wizerunku podmiotom współpracującym w ramach realizacji ww. celów, z poszanowaniem obowiązujących przepisów prawa oraz niniejszej zgody. </w:t>
      </w:r>
    </w:p>
    <w:p w14:paraId="226604BE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Oświadczam, że jestem rodzicem/opiekunem prawnym dziecka/podopiecznego i posiadam pełne prawo do wyrażenia zgody na przetwarzanie jego wizerunku zgodnie z art. 8 RODO. </w:t>
      </w:r>
    </w:p>
    <w:p w14:paraId="3ED0A991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Jednocześnie oświadczam, że prawo do udzielania zezwoleń na rozpowszechnianie wizerunku mojego dziecka/podopiecznego nie jest ograniczone prawami osób trzecich. </w:t>
      </w:r>
    </w:p>
    <w:p w14:paraId="6605F085" w14:textId="77777777" w:rsidR="001D729A" w:rsidRPr="00DE2D6E" w:rsidRDefault="001D729A" w:rsidP="001D729A">
      <w:pPr>
        <w:pStyle w:val="Default"/>
        <w:jc w:val="both"/>
        <w:rPr>
          <w:rFonts w:asciiTheme="majorHAnsi" w:hAnsiTheme="majorHAnsi" w:cstheme="majorHAnsi"/>
          <w:color w:val="auto"/>
          <w:sz w:val="20"/>
          <w:szCs w:val="20"/>
        </w:rPr>
      </w:pP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Niniejsza zgoda jest dobrowolna i bezterminowa, bez konieczności każdorazowego zatwierdzania wykorzystania wizerunku mojego dziecka/podopiecznego. Zgoda podlega wycofaniu w każdej chwili, za pośrednictwem korespondencji elektronicznej (e-mail) na adres: fundacja@spiralcoaching.pl. Wycofanie zgody </w:t>
      </w:r>
      <w:r w:rsidRPr="00DE2D6E">
        <w:rPr>
          <w:rFonts w:asciiTheme="majorHAnsi" w:hAnsiTheme="majorHAnsi" w:cstheme="majorHAnsi"/>
          <w:b/>
          <w:bCs/>
          <w:color w:val="auto"/>
          <w:sz w:val="20"/>
          <w:szCs w:val="20"/>
        </w:rPr>
        <w:t>nie wpływa na zgodność z prawem przetwarzania</w:t>
      </w:r>
      <w:r w:rsidRPr="00DE2D6E">
        <w:rPr>
          <w:rFonts w:asciiTheme="majorHAnsi" w:hAnsiTheme="majorHAnsi" w:cstheme="majorHAnsi"/>
          <w:color w:val="auto"/>
          <w:sz w:val="20"/>
          <w:szCs w:val="20"/>
        </w:rPr>
        <w:t xml:space="preserve">, którego dokonano przed jej wycofaniem. </w:t>
      </w:r>
    </w:p>
    <w:p w14:paraId="4F3AA58C" w14:textId="42B1D93C" w:rsidR="001D729A" w:rsidRPr="00DE2D6E" w:rsidRDefault="001D729A" w:rsidP="001D729A">
      <w:pPr>
        <w:pStyle w:val="Default"/>
        <w:rPr>
          <w:rFonts w:asciiTheme="majorHAnsi" w:hAnsiTheme="majorHAnsi" w:cstheme="majorHAnsi"/>
          <w:color w:val="auto"/>
          <w:sz w:val="20"/>
          <w:szCs w:val="20"/>
        </w:rPr>
      </w:pPr>
    </w:p>
    <w:p w14:paraId="45B22E99" w14:textId="77777777" w:rsidR="001D729A" w:rsidRPr="00DE2D6E" w:rsidRDefault="001D729A" w:rsidP="001D729A">
      <w:pPr>
        <w:rPr>
          <w:rFonts w:asciiTheme="majorHAnsi" w:hAnsiTheme="majorHAnsi" w:cstheme="majorHAnsi"/>
          <w:sz w:val="20"/>
          <w:szCs w:val="20"/>
        </w:rPr>
      </w:pPr>
    </w:p>
    <w:p w14:paraId="6E83EE43" w14:textId="5FB27EEB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1BBE2C74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70DCB678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689F558C" w14:textId="77777777" w:rsidR="001D729A" w:rsidRPr="00DE2D6E" w:rsidRDefault="001D729A" w:rsidP="001D729A">
      <w:pPr>
        <w:pStyle w:val="Listapunktowana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5D06F639" w14:textId="748CEAB8" w:rsidR="002E67C6" w:rsidRPr="00DE2D6E" w:rsidRDefault="00440E6D">
      <w:pPr>
        <w:pStyle w:val="Nagwek1"/>
        <w:rPr>
          <w:rFonts w:cstheme="majorHAnsi"/>
          <w:color w:val="auto"/>
          <w:sz w:val="20"/>
          <w:szCs w:val="20"/>
        </w:rPr>
      </w:pPr>
      <w:r w:rsidRPr="00180706">
        <w:rPr>
          <w:rFonts w:cstheme="majorHAnsi"/>
          <w:color w:val="auto"/>
          <w:sz w:val="24"/>
          <w:szCs w:val="24"/>
        </w:rPr>
        <w:lastRenderedPageBreak/>
        <w:t>8</w:t>
      </w:r>
      <w:r w:rsidR="0069152D" w:rsidRPr="00180706">
        <w:rPr>
          <w:rFonts w:cstheme="majorHAnsi"/>
          <w:color w:val="auto"/>
          <w:sz w:val="24"/>
          <w:szCs w:val="24"/>
        </w:rPr>
        <w:t>.</w:t>
      </w:r>
      <w:r w:rsidR="0069152D" w:rsidRPr="00DE2D6E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Podpis</w:t>
      </w:r>
      <w:proofErr w:type="spellEnd"/>
      <w:r w:rsidR="0069152D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uczestnika</w:t>
      </w:r>
      <w:proofErr w:type="spellEnd"/>
      <w:r w:rsidR="0069152D" w:rsidRPr="00DE2D6E">
        <w:rPr>
          <w:rFonts w:cstheme="majorHAnsi"/>
          <w:color w:val="auto"/>
          <w:sz w:val="24"/>
          <w:szCs w:val="24"/>
        </w:rPr>
        <w:t xml:space="preserve"> </w:t>
      </w:r>
      <w:proofErr w:type="spellStart"/>
      <w:r w:rsidR="0069152D" w:rsidRPr="00DE2D6E">
        <w:rPr>
          <w:rFonts w:cstheme="majorHAnsi"/>
          <w:color w:val="auto"/>
          <w:sz w:val="24"/>
          <w:szCs w:val="24"/>
        </w:rPr>
        <w:t>pełnoletniego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2E67C6" w:rsidRPr="00DE2D6E" w14:paraId="26613661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20D580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Miejscowość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data</w:t>
            </w:r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AB9432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2E67C6" w:rsidRPr="00DE2D6E" w14:paraId="1DB4D712" w14:textId="77777777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6FF682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Czytelny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podpis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uczestnika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0E02C" w14:textId="77777777" w:rsidR="002E67C6" w:rsidRPr="00DE2D6E" w:rsidRDefault="0069152D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</w:tbl>
    <w:p w14:paraId="3DAB9446" w14:textId="77777777" w:rsidR="002E67C6" w:rsidRPr="00DE2D6E" w:rsidRDefault="002E67C6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2127D3B9" w14:textId="1DCD78A9" w:rsidR="001D729A" w:rsidRPr="00DE2D6E" w:rsidRDefault="00440E6D" w:rsidP="001D729A">
      <w:pPr>
        <w:keepNext/>
        <w:keepLines/>
        <w:spacing w:before="180" w:after="80"/>
        <w:outlineLvl w:val="0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8"/>
        </w:rPr>
        <w:t>9</w:t>
      </w:r>
      <w:r w:rsidR="001D729A" w:rsidRPr="00DE2D6E">
        <w:rPr>
          <w:rFonts w:asciiTheme="majorHAnsi" w:eastAsiaTheme="majorEastAsia" w:hAnsiTheme="majorHAnsi" w:cstheme="majorBidi"/>
          <w:b/>
          <w:bCs/>
          <w:sz w:val="26"/>
          <w:szCs w:val="28"/>
        </w:rPr>
        <w:t xml:space="preserve">. </w:t>
      </w:r>
      <w:proofErr w:type="spellStart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>Uczestnik</w:t>
      </w:r>
      <w:proofErr w:type="spellEnd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</w:t>
      </w:r>
      <w:proofErr w:type="spellStart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>małoletni</w:t>
      </w:r>
      <w:proofErr w:type="spellEnd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– </w:t>
      </w:r>
      <w:proofErr w:type="spellStart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>oświadczenie</w:t>
      </w:r>
      <w:proofErr w:type="spellEnd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</w:t>
      </w:r>
      <w:proofErr w:type="spellStart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>przedstawiciela</w:t>
      </w:r>
      <w:proofErr w:type="spellEnd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</w:t>
      </w:r>
      <w:proofErr w:type="spellStart"/>
      <w:r w:rsidR="001D729A" w:rsidRPr="00DE2D6E">
        <w:rPr>
          <w:rFonts w:asciiTheme="majorHAnsi" w:eastAsiaTheme="majorEastAsia" w:hAnsiTheme="majorHAnsi" w:cstheme="majorBidi"/>
          <w:b/>
          <w:bCs/>
          <w:sz w:val="24"/>
          <w:szCs w:val="24"/>
        </w:rPr>
        <w:t>ustawowego</w:t>
      </w:r>
      <w:proofErr w:type="spellEnd"/>
    </w:p>
    <w:p w14:paraId="0FF23002" w14:textId="5D19F9F6" w:rsidR="001D729A" w:rsidRPr="00DE2D6E" w:rsidRDefault="001D729A" w:rsidP="001D729A">
      <w:pPr>
        <w:rPr>
          <w:rFonts w:asciiTheme="majorHAnsi" w:hAnsiTheme="majorHAnsi" w:cstheme="majorHAnsi"/>
          <w:sz w:val="20"/>
          <w:szCs w:val="20"/>
        </w:rPr>
      </w:pPr>
      <w:r w:rsidRPr="00DE2D6E">
        <w:rPr>
          <w:rFonts w:asciiTheme="majorHAnsi" w:hAnsiTheme="majorHAnsi" w:cstheme="majorHAnsi"/>
          <w:sz w:val="20"/>
          <w:szCs w:val="20"/>
        </w:rPr>
        <w:t xml:space="preserve">Ja,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niżej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podpisana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/y,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jako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przedstawiciel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ustawowy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małoletniego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uczestnika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wskazanego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pkt </w:t>
      </w:r>
      <w:r w:rsidR="00440E6D">
        <w:rPr>
          <w:rFonts w:asciiTheme="majorHAnsi" w:hAnsiTheme="majorHAnsi" w:cstheme="majorHAnsi"/>
          <w:sz w:val="20"/>
          <w:szCs w:val="20"/>
        </w:rPr>
        <w:t>3</w:t>
      </w:r>
      <w:r w:rsidRPr="00DE2D6E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potwierdzam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jego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udział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zapoznanie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się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klauzulą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informacyjną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oraz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składam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jego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imieniu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zgody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DE2D6E">
        <w:rPr>
          <w:rFonts w:asciiTheme="majorHAnsi" w:hAnsiTheme="majorHAnsi" w:cstheme="majorHAnsi"/>
          <w:sz w:val="20"/>
          <w:szCs w:val="20"/>
        </w:rPr>
        <w:t>zaznaczone</w:t>
      </w:r>
      <w:proofErr w:type="spellEnd"/>
      <w:r w:rsidRPr="00DE2D6E">
        <w:rPr>
          <w:rFonts w:asciiTheme="majorHAnsi" w:hAnsiTheme="majorHAnsi" w:cstheme="majorHAnsi"/>
          <w:sz w:val="20"/>
          <w:szCs w:val="20"/>
        </w:rPr>
        <w:t xml:space="preserve"> w pkt </w:t>
      </w:r>
      <w:r w:rsidR="00440E6D">
        <w:rPr>
          <w:rFonts w:asciiTheme="majorHAnsi" w:hAnsiTheme="majorHAnsi" w:cstheme="majorHAnsi"/>
          <w:sz w:val="20"/>
          <w:szCs w:val="20"/>
        </w:rPr>
        <w:t>6</w:t>
      </w:r>
      <w:r w:rsidR="00DE2D6E" w:rsidRPr="00DE2D6E">
        <w:rPr>
          <w:rFonts w:asciiTheme="majorHAnsi" w:hAnsiTheme="majorHAnsi" w:cstheme="majorHAnsi"/>
          <w:sz w:val="20"/>
          <w:szCs w:val="20"/>
        </w:rPr>
        <w:t xml:space="preserve"> </w:t>
      </w:r>
      <w:r w:rsidR="006959C3">
        <w:rPr>
          <w:rFonts w:asciiTheme="majorHAnsi" w:hAnsiTheme="majorHAnsi" w:cstheme="majorHAnsi"/>
          <w:sz w:val="20"/>
          <w:szCs w:val="20"/>
        </w:rPr>
        <w:t>i</w:t>
      </w:r>
      <w:r w:rsidR="00DE2D6E" w:rsidRPr="00DE2D6E">
        <w:rPr>
          <w:rFonts w:asciiTheme="majorHAnsi" w:hAnsiTheme="majorHAnsi" w:cstheme="majorHAnsi"/>
          <w:sz w:val="20"/>
          <w:szCs w:val="20"/>
        </w:rPr>
        <w:t xml:space="preserve"> </w:t>
      </w:r>
      <w:r w:rsidR="00440E6D">
        <w:rPr>
          <w:rFonts w:asciiTheme="majorHAnsi" w:hAnsiTheme="majorHAnsi" w:cstheme="majorHAnsi"/>
          <w:sz w:val="20"/>
          <w:szCs w:val="20"/>
        </w:rPr>
        <w:t>7</w:t>
      </w:r>
      <w:r w:rsidRPr="00DE2D6E">
        <w:rPr>
          <w:rFonts w:asciiTheme="majorHAnsi" w:hAnsiTheme="majorHAnsi" w:cstheme="majorHAnsi"/>
          <w:sz w:val="20"/>
          <w:szCs w:val="20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1D729A" w:rsidRPr="00DE2D6E" w14:paraId="1133C2AB" w14:textId="77777777" w:rsidTr="004519A5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28815C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Imię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nazwisko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przedstawiciela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78EF3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1D729A" w:rsidRPr="00DE2D6E" w14:paraId="58765704" w14:textId="77777777" w:rsidTr="004519A5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BFCB0E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Relacja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/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podstawa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reprezentacji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DD93A8" w14:textId="4CA3ADE8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matka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ojciec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opiekun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prawny     </w:t>
            </w:r>
            <w:r w:rsidRPr="00DE2D6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inna</w:t>
            </w:r>
            <w:proofErr w:type="spellEnd"/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: ......................</w:t>
            </w:r>
          </w:p>
        </w:tc>
      </w:tr>
      <w:tr w:rsidR="001D729A" w:rsidRPr="00DE2D6E" w14:paraId="2B350B1D" w14:textId="77777777" w:rsidTr="004519A5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F51D21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Telefon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lub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e-mail do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kontaktu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B4B50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1D729A" w:rsidRPr="00DE2D6E" w14:paraId="2DCB03EA" w14:textId="77777777" w:rsidTr="004519A5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F82337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Miejscowość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data</w:t>
            </w:r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6BB9FD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  <w:tr w:rsidR="001D729A" w:rsidRPr="00DE2D6E" w14:paraId="3F24C590" w14:textId="77777777" w:rsidTr="004519A5">
        <w:trPr>
          <w:jc w:val="center"/>
        </w:trPr>
        <w:tc>
          <w:tcPr>
            <w:tcW w:w="3402" w:type="dxa"/>
            <w:shd w:val="clear" w:color="auto" w:fill="EA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1FC27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Czytelny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podpis</w:t>
            </w:r>
            <w:proofErr w:type="spellEnd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DE2D6E">
              <w:rPr>
                <w:rFonts w:asciiTheme="majorHAnsi" w:hAnsiTheme="majorHAnsi" w:cstheme="majorHAnsi"/>
                <w:b/>
                <w:sz w:val="20"/>
                <w:szCs w:val="20"/>
              </w:rPr>
              <w:t>przedstawiciela</w:t>
            </w:r>
            <w:proofErr w:type="spellEnd"/>
          </w:p>
        </w:tc>
        <w:tc>
          <w:tcPr>
            <w:tcW w:w="56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133D56" w14:textId="77777777" w:rsidR="001D729A" w:rsidRPr="00DE2D6E" w:rsidRDefault="001D729A" w:rsidP="001D729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E2D6E">
              <w:rPr>
                <w:rFonts w:asciiTheme="majorHAnsi" w:hAnsiTheme="majorHAnsi" w:cstheme="majorHAnsi"/>
                <w:sz w:val="20"/>
                <w:szCs w:val="20"/>
              </w:rPr>
              <w:t>................................................................................................</w:t>
            </w:r>
          </w:p>
        </w:tc>
      </w:tr>
    </w:tbl>
    <w:p w14:paraId="00BBFD6F" w14:textId="77777777" w:rsidR="001D729A" w:rsidRPr="00DE2D6E" w:rsidRDefault="001D729A" w:rsidP="001D729A">
      <w:pPr>
        <w:spacing w:after="0"/>
        <w:rPr>
          <w:rFonts w:asciiTheme="majorHAnsi" w:hAnsiTheme="majorHAnsi" w:cstheme="majorHAnsi"/>
          <w:sz w:val="20"/>
          <w:szCs w:val="20"/>
        </w:rPr>
      </w:pPr>
    </w:p>
    <w:sectPr w:rsidR="001D729A" w:rsidRPr="00DE2D6E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508F" w14:textId="77777777" w:rsidR="00654159" w:rsidRDefault="00654159">
      <w:pPr>
        <w:spacing w:after="0" w:line="240" w:lineRule="auto"/>
      </w:pPr>
      <w:r>
        <w:separator/>
      </w:r>
    </w:p>
  </w:endnote>
  <w:endnote w:type="continuationSeparator" w:id="0">
    <w:p w14:paraId="3669E9ED" w14:textId="77777777" w:rsidR="00654159" w:rsidRDefault="0065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9650" w14:textId="2CCE9E36" w:rsidR="002E67C6" w:rsidRDefault="002E67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55BC8" w14:textId="77777777" w:rsidR="00654159" w:rsidRDefault="00654159">
      <w:pPr>
        <w:spacing w:after="0" w:line="240" w:lineRule="auto"/>
      </w:pPr>
      <w:r>
        <w:separator/>
      </w:r>
    </w:p>
  </w:footnote>
  <w:footnote w:type="continuationSeparator" w:id="0">
    <w:p w14:paraId="08CB3352" w14:textId="77777777" w:rsidR="00654159" w:rsidRDefault="00654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311F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037C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42B00A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E8D627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1EFEC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6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7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0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1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FFFFFF89"/>
    <w:multiLevelType w:val="singleLevel"/>
    <w:tmpl w:val="AA54F51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8F811A6"/>
    <w:multiLevelType w:val="hybridMultilevel"/>
    <w:tmpl w:val="94947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8CE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6081D1B"/>
    <w:multiLevelType w:val="hybridMultilevel"/>
    <w:tmpl w:val="BD948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3B4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4B33577"/>
    <w:multiLevelType w:val="hybridMultilevel"/>
    <w:tmpl w:val="14767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73182">
    <w:abstractNumId w:val="13"/>
  </w:num>
  <w:num w:numId="2" w16cid:durableId="1533496635">
    <w:abstractNumId w:val="11"/>
  </w:num>
  <w:num w:numId="3" w16cid:durableId="2108308370">
    <w:abstractNumId w:val="10"/>
  </w:num>
  <w:num w:numId="4" w16cid:durableId="15665136">
    <w:abstractNumId w:val="9"/>
  </w:num>
  <w:num w:numId="5" w16cid:durableId="31538008">
    <w:abstractNumId w:val="12"/>
  </w:num>
  <w:num w:numId="6" w16cid:durableId="587273805">
    <w:abstractNumId w:val="8"/>
  </w:num>
  <w:num w:numId="7" w16cid:durableId="1597515402">
    <w:abstractNumId w:val="7"/>
  </w:num>
  <w:num w:numId="8" w16cid:durableId="72509646">
    <w:abstractNumId w:val="6"/>
  </w:num>
  <w:num w:numId="9" w16cid:durableId="627710203">
    <w:abstractNumId w:val="5"/>
  </w:num>
  <w:num w:numId="10" w16cid:durableId="723607048">
    <w:abstractNumId w:val="14"/>
  </w:num>
  <w:num w:numId="11" w16cid:durableId="576018085">
    <w:abstractNumId w:val="16"/>
  </w:num>
  <w:num w:numId="12" w16cid:durableId="1356540241">
    <w:abstractNumId w:val="3"/>
  </w:num>
  <w:num w:numId="13" w16cid:durableId="1046418110">
    <w:abstractNumId w:val="4"/>
  </w:num>
  <w:num w:numId="14" w16cid:durableId="741027871">
    <w:abstractNumId w:val="2"/>
  </w:num>
  <w:num w:numId="15" w16cid:durableId="1339425045">
    <w:abstractNumId w:val="15"/>
  </w:num>
  <w:num w:numId="16" w16cid:durableId="792601683">
    <w:abstractNumId w:val="17"/>
  </w:num>
  <w:num w:numId="17" w16cid:durableId="809592106">
    <w:abstractNumId w:val="1"/>
  </w:num>
  <w:num w:numId="18" w16cid:durableId="1226648402">
    <w:abstractNumId w:val="0"/>
  </w:num>
  <w:num w:numId="19" w16cid:durableId="2050217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pl-PL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A4E"/>
    <w:rsid w:val="0015074B"/>
    <w:rsid w:val="00180706"/>
    <w:rsid w:val="001D729A"/>
    <w:rsid w:val="001D734C"/>
    <w:rsid w:val="0029639D"/>
    <w:rsid w:val="002B233B"/>
    <w:rsid w:val="002E67C6"/>
    <w:rsid w:val="00326F90"/>
    <w:rsid w:val="0038606F"/>
    <w:rsid w:val="00440E6D"/>
    <w:rsid w:val="0061607E"/>
    <w:rsid w:val="00637D3E"/>
    <w:rsid w:val="00654159"/>
    <w:rsid w:val="0069152D"/>
    <w:rsid w:val="00693EC6"/>
    <w:rsid w:val="006959C3"/>
    <w:rsid w:val="007F0441"/>
    <w:rsid w:val="008741EC"/>
    <w:rsid w:val="00A46910"/>
    <w:rsid w:val="00AA1D8D"/>
    <w:rsid w:val="00B47730"/>
    <w:rsid w:val="00CB0664"/>
    <w:rsid w:val="00CE7CDC"/>
    <w:rsid w:val="00DE2D6E"/>
    <w:rsid w:val="00E878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99756"/>
  <w14:defaultImageDpi w14:val="330"/>
  <w15:docId w15:val="{9000E623-3EA4-4802-A459-8F2FE3F6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606F"/>
    <w:pPr>
      <w:spacing w:after="90" w:line="259" w:lineRule="auto"/>
    </w:pPr>
    <w:rPr>
      <w:rFonts w:ascii="Aptos" w:eastAsia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2636A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2636A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741EC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1544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uczestnika wydarzenia i klauzula informacyjna RODO</dc:title>
  <dc:subject>Projekt grantowy – uczestnicy pełnoletni i małoletni</dc:subject>
  <dc:creator>Anna Filipiak</dc:creator>
  <cp:keywords/>
  <dc:description>generated by python-docx</dc:description>
  <cp:lastModifiedBy>Anna Filipiak</cp:lastModifiedBy>
  <cp:revision>9</cp:revision>
  <dcterms:created xsi:type="dcterms:W3CDTF">2026-09-09T06:40:00Z</dcterms:created>
  <dcterms:modified xsi:type="dcterms:W3CDTF">2026-09-09T08:00:00Z</dcterms:modified>
  <cp:category/>
</cp:coreProperties>
</file>